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 DE PRESTĂRI SERVICII PERSOANĂ FIZICĂ</w:t>
      </w:r>
    </w:p>
    <w:p/>
    <w:p>
      <w:r>
        <w:rPr>
          <w:b w:val="0"/>
          <w:sz w:val="20"/>
        </w:rPr>
        <w:t>Locul : ____________________________    Data : ____________________________</w:t>
      </w:r>
    </w:p>
    <w:p/>
    <w:p>
      <w:r>
        <w:rPr>
          <w:b/>
          <w:sz w:val="20"/>
        </w:rPr>
        <w:t>Prestator :</w:t>
      </w:r>
    </w:p>
    <w:p>
      <w:r>
        <w:rPr>
          <w:b w:val="0"/>
          <w:sz w:val="20"/>
        </w:rPr>
        <w:t>Numele și prenumele : ___________________________________________________________</w:t>
      </w:r>
    </w:p>
    <w:p>
      <w:r>
        <w:rPr>
          <w:b w:val="0"/>
          <w:sz w:val="20"/>
        </w:rPr>
        <w:t>CNP : __________________________________________________</w:t>
      </w:r>
    </w:p>
    <w:p>
      <w:r>
        <w:rPr>
          <w:b w:val="0"/>
          <w:sz w:val="20"/>
        </w:rPr>
        <w:t>Adresa de domiciliu : ___________________________________________________________</w:t>
      </w:r>
    </w:p>
    <w:p>
      <w:r>
        <w:rPr>
          <w:b w:val="0"/>
          <w:sz w:val="20"/>
        </w:rPr>
        <w:t>Nr. actului de identitate : _____________________________________________________</w:t>
      </w:r>
    </w:p>
    <w:p/>
    <w:p>
      <w:r>
        <w:rPr>
          <w:b/>
          <w:sz w:val="20"/>
        </w:rPr>
        <w:t>Beneficiar :</w:t>
      </w:r>
    </w:p>
    <w:p>
      <w:r>
        <w:rPr>
          <w:b w:val="0"/>
          <w:sz w:val="20"/>
        </w:rPr>
        <w:t>Numele și prenumele / Denumirea : ______________________________________________</w:t>
      </w:r>
    </w:p>
    <w:p>
      <w:r>
        <w:rPr>
          <w:b w:val="0"/>
          <w:sz w:val="20"/>
        </w:rPr>
        <w:t>CNP / CUI : ________________________________________________</w:t>
      </w:r>
    </w:p>
    <w:p>
      <w:r>
        <w:rPr>
          <w:b w:val="0"/>
          <w:sz w:val="20"/>
        </w:rPr>
        <w:t>Adresa sediului/domiciliului : _________________________________________________</w:t>
      </w:r>
    </w:p>
    <w:p>
      <w:r>
        <w:rPr>
          <w:b w:val="0"/>
          <w:sz w:val="20"/>
        </w:rPr>
        <w:t>Reprezentant legal (dacă este cazul) : ____________________________________________</w:t>
      </w:r>
    </w:p>
    <w:p/>
    <w:p>
      <w:r>
        <w:rPr>
          <w:b/>
          <w:sz w:val="20"/>
        </w:rPr>
        <w:t>Obiectul contractului :</w:t>
      </w:r>
    </w:p>
    <w:p>
      <w:r>
        <w:rPr>
          <w:b w:val="0"/>
          <w:sz w:val="20"/>
        </w:rPr>
        <w:t>Prestatorul se obligă să presteze pentru Beneficiar următoarele servicii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Durata contractului :</w:t>
      </w:r>
    </w:p>
    <w:p>
      <w:r>
        <w:rPr>
          <w:b w:val="0"/>
          <w:sz w:val="20"/>
        </w:rPr>
        <w:t>Prezentul contract este valabil începând cu data semnării și până la : _____________</w:t>
      </w:r>
    </w:p>
    <w:p>
      <w:r>
        <w:rPr>
          <w:b w:val="0"/>
          <w:sz w:val="20"/>
        </w:rPr>
        <w:t>sau pe o perioadă de __________ luni, cu posibilitatea de prelungire prin acordul părților.</w:t>
      </w:r>
    </w:p>
    <w:p/>
    <w:p>
      <w:r>
        <w:rPr>
          <w:b/>
          <w:sz w:val="20"/>
        </w:rPr>
        <w:t>Condițiile prestării serviciilor :</w:t>
      </w:r>
    </w:p>
    <w:p>
      <w:r>
        <w:rPr>
          <w:b w:val="0"/>
          <w:sz w:val="20"/>
        </w:rPr>
        <w:t>Prestatorul își asumă responsabilitatea de a efectua serviciile cu profesionalism și diligență.</w:t>
      </w:r>
    </w:p>
    <w:p>
      <w:r>
        <w:rPr>
          <w:b w:val="0"/>
          <w:sz w:val="20"/>
        </w:rPr>
        <w:t>Beneficiarul se obligă să pună la dispoziția Prestatorului toate informațiile și resursele necesare.</w:t>
      </w:r>
    </w:p>
    <w:p/>
    <w:p>
      <w:r>
        <w:rPr>
          <w:b/>
          <w:sz w:val="20"/>
        </w:rPr>
        <w:t>Prețul și modalitățile de plată :</w:t>
      </w:r>
    </w:p>
    <w:p>
      <w:r>
        <w:rPr>
          <w:b w:val="0"/>
          <w:sz w:val="20"/>
        </w:rPr>
        <w:t>Prețul total al serviciilor prestate este de : _________________ LEI</w:t>
      </w:r>
    </w:p>
    <w:p>
      <w:r>
        <w:rPr>
          <w:b w:val="0"/>
          <w:sz w:val="20"/>
        </w:rPr>
        <w:t>Modalitatea de plată : ______________________________________________________________</w:t>
      </w:r>
    </w:p>
    <w:p>
      <w:r>
        <w:rPr>
          <w:b w:val="0"/>
          <w:sz w:val="20"/>
        </w:rPr>
        <w:t>Termenul de plată : _______________________________________________________________</w:t>
      </w:r>
    </w:p>
    <w:p/>
    <w:p>
      <w:r>
        <w:rPr>
          <w:b/>
          <w:sz w:val="20"/>
        </w:rPr>
        <w:t>Obligațiile părților :</w:t>
      </w:r>
    </w:p>
    <w:p>
      <w:r>
        <w:rPr>
          <w:b w:val="0"/>
          <w:sz w:val="20"/>
        </w:rPr>
        <w:t>1. Prestatorul se obligă să presteze serviciile conform specificațiilor și termenelor agreate.</w:t>
      </w:r>
    </w:p>
    <w:p>
      <w:r>
        <w:rPr>
          <w:b w:val="0"/>
          <w:sz w:val="20"/>
        </w:rPr>
        <w:t>2. Beneficiarul se obligă să plătească contravaloarea serviciilor în termenele stabilite.</w:t>
      </w:r>
    </w:p>
    <w:p>
      <w:r>
        <w:rPr>
          <w:b w:val="0"/>
          <w:sz w:val="20"/>
        </w:rPr>
        <w:t>3. Orice modificare a condițiilor contractuale se va face prin act adițional semnat de ambele părți.</w:t>
      </w:r>
    </w:p>
    <w:p/>
    <w:p>
      <w:r>
        <w:rPr>
          <w:b/>
          <w:sz w:val="20"/>
        </w:rPr>
        <w:t>Răspunderea părților :</w:t>
      </w:r>
    </w:p>
    <w:p>
      <w:r>
        <w:rPr>
          <w:b w:val="0"/>
          <w:sz w:val="20"/>
        </w:rPr>
        <w:t>Părțile răspund pentru neîndeplinirea sau îndeplinirea necorespunzătoare a obligațiilor asumate,</w:t>
      </w:r>
    </w:p>
    <w:p>
      <w:r>
        <w:rPr>
          <w:b w:val="0"/>
          <w:sz w:val="20"/>
        </w:rPr>
        <w:t>conform prevederilor legale în vigoare.</w:t>
      </w:r>
    </w:p>
    <w:p/>
    <w:p>
      <w:r>
        <w:rPr>
          <w:b/>
          <w:sz w:val="20"/>
        </w:rPr>
        <w:t>Încetarea contractului :</w:t>
      </w:r>
    </w:p>
    <w:p>
      <w:r>
        <w:rPr>
          <w:b w:val="0"/>
          <w:sz w:val="20"/>
        </w:rPr>
        <w:t>Contractul încetează prin :</w:t>
      </w:r>
    </w:p>
    <w:p>
      <w:r>
        <w:rPr>
          <w:b w:val="0"/>
          <w:sz w:val="20"/>
        </w:rPr>
        <w:t>- executarea obligațiilor contractuale de către ambele părți;</w:t>
      </w:r>
    </w:p>
    <w:p>
      <w:r>
        <w:rPr>
          <w:b w:val="0"/>
          <w:sz w:val="20"/>
        </w:rPr>
        <w:t>- acordul părților;</w:t>
      </w:r>
    </w:p>
    <w:p>
      <w:r>
        <w:rPr>
          <w:b w:val="0"/>
          <w:sz w:val="20"/>
        </w:rPr>
        <w:t>- denunțarea unilaterală cu un preaviz de __________ zile;</w:t>
      </w:r>
    </w:p>
    <w:p>
      <w:r>
        <w:rPr>
          <w:b w:val="0"/>
          <w:sz w:val="20"/>
        </w:rPr>
        <w:t>- alte cazuri prevăzute de lege.</w:t>
      </w:r>
    </w:p>
    <w:p/>
    <w:p>
      <w:r>
        <w:rPr>
          <w:b/>
          <w:sz w:val="20"/>
        </w:rPr>
        <w:t>Clauze finale :</w:t>
      </w:r>
    </w:p>
    <w:p>
      <w:r>
        <w:rPr>
          <w:b w:val="0"/>
          <w:sz w:val="20"/>
        </w:rPr>
        <w:t>Prezentul contract reprezintă voința părților și înlocuiește orice alte înțelegeri anterioare.</w:t>
      </w:r>
    </w:p>
    <w:p>
      <w:r>
        <w:rPr>
          <w:b w:val="0"/>
          <w:sz w:val="20"/>
        </w:rPr>
        <w:t>Orice litigiu ivit în legătură cu prezentul contract va fi soluționat pe cale amiabilă, iar dacă acest lucru nu este posibil, de către instanțele judecătorești competente din România.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PRESTATOR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BENEFICIAR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https://contract-simplu.com/contract-prestari-servicii-persoana-fizica/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https://contract-simplu.com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contract-simplu.com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-simplu.com/contract-prestari-servicii-persoana-fizica/" TargetMode="External"/><Relationship Id="rId10" Type="http://schemas.openxmlformats.org/officeDocument/2006/relationships/hyperlink" Target="https://contract-simpl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